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8"/>
          <w:rtl w:val="1"/>
          <w:bCs/>
          <w:szCs w:val="48"/>
        </w:rPr>
        <w:t>מבחן: נאורות, אמנציפציה, מהפכה תעשייתית והשכלה – גרסה בעברית פשוטה (עולים)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30"/>
          <w:rtl w:val="1"/>
          <w:szCs w:val="30"/>
        </w:rPr>
        <w:t>גרסה לעולים חדשים · משפטים קצרים, בנק מילים ומילון מונחים ב-6 שפות · 90 דקות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תלמיד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הוראות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קראו כל שאלה לאט.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לא מבינים מילה? חפשו אותה במילון בסוף המבחן.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בשאלות בחירה יש 3 תשובות. הקיפו תשובה אחת.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אפשר להשתמש בבנק המילים.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בחיבור בוחרים שאלה אחת. סך הכול: 100 נקודות. בהצלחה!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⏱️ תכנון זמן מומלץ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שלב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דקות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א׳ – בחירה, נכון/לא נכון והתאמת מושגים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25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ב׳ – ציר זמן וקטע מקור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ג׳ – ארבע שאלות קצרות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ג׳ – חיבור מודרך (בחירה אחת)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בדיקה חוזרת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8"/>
          <w:rtl w:val="1"/>
          <w:bCs/>
          <w:szCs w:val="38"/>
        </w:rPr>
        <w:t>חלק א׳ – ידע ומושגים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הזה 19 שאלות קצרות (41 נקודות).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שאלות בחירה (27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הקיפו את התשובה הנכונה (3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במאה ה-18 הייתה באירופה תנועה בשם "נאורות". במה האמינו אנשי הנאורות?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בכוח של המלך בלבד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במסורת בלבד, בלי שאלות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בשכל של האדם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וולטר היה הוגה של הנאורות. מה הוא רצה?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מלחמה בין דתות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שכולם יאמינו באותה דת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סובלנות לכל הדתות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ג'ון לוק אמר שלכל אדם יש זכויות. איזו זכות?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הזכות להיות מלך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הזכות לא לשלם מס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הזכות לחיים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מה זה "אמנציפציה"?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מכונה חדשה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עיתון בעברית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שוויון זכויות ליהודים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מי כינס את "הסנהדרין הגדולה" בפריז בשנת 1807?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משה מנדלסון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ג'יימס וואט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נפוליאון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לפני האמנציפציה, איך חיו רוב היהודים באירופה?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כמו כל האזרחים, בלי הגבלות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רק בכפרים, בלי קהילה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בקהילות נפרדות, עם הגבלות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איפה עבדו רוב הפועלים בזמן המהפכה התעשייתית?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בארמונות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בבתי ספר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במפעלים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מה נבנה בבריטניה בשנת 1830 בין ליברפול למנצ'סטר?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ארמון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בית ספר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מסילת רכבת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מה רצו המשכילים? (3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להפסיק ללמוד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ללמוד רק מתמטיקה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לשלב לימודים כלליים עם המסורת היהודית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נכון או לא נכון (8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סמנו נכון או לא נכון. אם לא נכון – כתבו את המשפט הנכון (2 נקודות לכל משפט).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#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משפט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נכון /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תיקון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הוגי הנאורות האמינו שהשכל יכול לשפר את החיים.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המהפכה התעשייתית התחילה ברוסיה.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יהודי צרפת קיבלו שוויון זכויות בשנת 1791.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משה מנדלסון תרגם את התורה לשפה הסינית.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מילה והסבר (6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מתחו קו בין המילה להסבר שלה (נקודה לכל התאמה).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🧺 בנק מילים: </w:t>
      </w:r>
      <w:r>
        <w:rPr>
          <w:rFonts w:cs="Arial" w:ascii="Arial" w:hAnsi="Arial"/>
          <w:rtl w:val="1"/>
        </w:rPr>
        <w:t>זכויות · שוויון · מפעל · עיור · משכיל · תרגום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אות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הגדרה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1. זכויות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א. הרבה אנשים עוברים מהכפר לעיר.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2. שוויון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ב. יהודי שאוהב ללמוד גם מדעים וגם יהדות.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3. מפעל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ג. מקום גדול עם מכונות שמייצרים בו מוצרים.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4. עיור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ד. להעביר טקסט משפה אחת לשפה אחרת.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5. משכיל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ה. כל האנשים שווים לפני החוק.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6. תרגום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ו. מה שמגיע לכל אדם, כמו חיים וחירות.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8"/>
          <w:rtl w:val="1"/>
          <w:bCs/>
          <w:szCs w:val="38"/>
        </w:rPr>
        <w:t>חלק ב׳ – מיומנויות: ציר זמן וניתוח מקור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הזה תסדרו אירועים לפי הזמן ותקראו קטע מקור (21 נקודות).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ציר זמן (6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סדרו את האירועים לפי השנים, מהמוקדם למאוחר (נקודה לכל אירוע).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אירוע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מספר בסדר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ג'יימס וואט משפר את מנוע הקיטור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ג'ון לוק כותב על זכויות האדם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המהפכה בצרפת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משה מנדלסון ושותפיו מתרגמים את התורה לגרמנית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נפוליאון מכנס את הסנהדרין הגדולה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נפתח קו רכבת בין ליברפול למנצ'סטר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קטע מקור: שני סוגים של לימוד (15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קראו את הקטע וענו על השאלות (5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📜 </w:t>
      </w:r>
      <w:r>
        <w:rPr>
          <w:rFonts w:cs="Arial" w:ascii="Arial" w:hAnsi="Arial"/>
          <w:color w:val="1F3B5A"/>
          <w:rtl w:val="1"/>
        </w:rPr>
        <w:t>מקור מעובד לתרגול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על פי רעיונותיו של נפתלי הרץ ויזל בחיבור "דברי שלום ואמת" (1782)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נפתלי הרץ ויזל היה משכיל. הוא כתב: "יש שני סוגים של לימוד. הסוג הראשון: תורת האלוהים – התורה, המצוות והמסורת. הסוג השני: תורת האדם – שפה טובה, חשבון, טבע והיסטוריה. ילד יהודי צריך ללמוד את שני הסוגים. כך הוא יהיה יהודי טוב וגם אזרח טוב, ויוכל לעבוד ולדבר עם כל אדם."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מהם שני סוגי הלימוד שכותב עליהם ויזל?</w:t>
        <w:br/>
        <w:t>התחילו כך: הסוג הראשון הוא... הסוג השני הוא...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11. לפי ויזל, למה ילד יהודי צריך ללמוד את שני הסוגים?</w:t>
        <w:br/>
        <w:t>התחילו כך: כי כך הוא...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12. האם אתם מסכימים עם ויזל? כתבו כן או לא, ותנו סיבה אחת.</w:t>
        <w:br/>
        <w:t>התחילו כך: אני מסכים/מסכימה / לא מסכים/מסכימה כי...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8"/>
          <w:rtl w:val="1"/>
          <w:bCs/>
          <w:szCs w:val="38"/>
        </w:rPr>
        <w:t>חלק ג׳ – הבנה וכתיבה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הזה 4 שאלות קצרות וחיבור מודרך אחד לבחירתכם (38 נקודות).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סיבה ותוצאה (10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ענו על שתי השאלות (5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🧺 בנק מילים: </w:t>
      </w:r>
      <w:r>
        <w:rPr>
          <w:rFonts w:cs="Arial" w:ascii="Arial" w:hAnsi="Arial"/>
          <w:rtl w:val="1"/>
        </w:rPr>
        <w:t>מנוע קיטור · מכונות · רכבות · לגור · לעבוד · ללמוד · אזרחים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13. למה הייתה צריכה בריטניה הרבה פחם בזמן המהפכה התעשייתית?</w:t>
        <w:br/>
        <w:t>התחילו כך: בריטניה הייתה צריכה פחם כי...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14. מה קרה ליהודים בצרפת אחרי שקיבלו שוויון זכויות? כתבו שתי תוצאות.</w:t>
        <w:br/>
        <w:t>התחילו כך: אחרי שקיבלו שוויון זכויות, היהודים יכלו...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הסבר עם דוגמה (10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ענו על שתי השאלות (5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🧺 בנק מילים: </w:t>
      </w:r>
      <w:r>
        <w:rPr>
          <w:rFonts w:cs="Arial" w:ascii="Arial" w:hAnsi="Arial"/>
          <w:rtl w:val="1"/>
        </w:rPr>
        <w:t>לכבד · דת · דעה · מפעל · מכרה · מסוכן · שכר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15. הסבירו מה זה "סובלנות". תנו דוגמה מבית הספר.</w:t>
        <w:br/>
        <w:t>התחילו כך: סובלנות היא... לדוגמה, בבית הספר...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16. הסבירו מה זה "עבודת ילדים" בזמן המהפכה התעשייתית. תנו דוגמה.</w:t>
        <w:br/>
        <w:t>התחילו כך: עבודת ילדים היא... לדוגמה... (5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32"/>
          <w:rtl w:val="1"/>
          <w:bCs/>
          <w:szCs w:val="32"/>
        </w:rPr>
        <w:t>חיבור מודרך (18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בחרו שאלה אחת וכתבו 5 משפטים לפי השלבים (18 נקודות). אפשר לכתוב משפטים קצרים.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בחרו שאלה אחת וענו עליה.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שאלה א (השוואה): חיבור מודרך: הנאורות וההשכלה.</w:t>
        <w:br/>
        <w:t>כתבו 5 משפטים:</w:t>
        <w:br/>
        <w:t>1. מה זו נאורות?</w:t>
        <w:br/>
        <w:t>2. מה זו ההשכלה?</w:t>
        <w:br/>
        <w:t>3. מי היה משה מנדלסון?</w:t>
        <w:br/>
        <w:t>4. דבר אחד דומה בין הנאורות להשכלה.</w:t>
        <w:br/>
        <w:t>5. דבר אחד שונה.</w:t>
        <w:br/>
        <w:t>משפטי עזר: "הנאורות היא..." · "ההשכלה היא..." · "משה מנדלסון היה..." · "שתיהן..." · "ההבדל הוא ש..."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שאלה ב (סיבה ותוצאה): חיבור מודרך: החיים בעיר בזמן המהפכה התעשייתית.</w:t>
        <w:br/>
        <w:t>כתבו 5 משפטים:</w:t>
        <w:br/>
        <w:t>1. איפה התחילה המהפכה התעשייתית?</w:t>
        <w:br/>
        <w:t>2. למה אנשים עברו לעיר?</w:t>
        <w:br/>
        <w:t>3. איפה עבדו?</w:t>
        <w:br/>
        <w:t>4. שתי בעיות בחיים בעיר.</w:t>
        <w:br/>
        <w:t>5. מה עשו כדי לפתור בעיה אחת?</w:t>
        <w:br/>
        <w:t>משפטי עזר: "המהפכה התעשייתית התחילה ב..." · "אנשים עברו לעיר כי..." · "הם עבדו ב..." · "בעיה אחת היא... בעיה שנייה היא..." · "כדי לפתור את הבעיה..."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✂ רגע אחרי המבחן: השאלה שהכי הצלחתי בה: ________ · נושא שארצה לחזור עליו: ____________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8"/>
          <w:rtl w:val="1"/>
          <w:bCs/>
          <w:szCs w:val="38"/>
        </w:rPr>
        <w:t>🌍 מילון מושגים (לוודא)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עברית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English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Русский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አማርኛ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العربية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Français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נאורות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the Enlightenment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Просвещение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የብርሃን ዘመን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عصر التنوير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les Lumières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שכל / תבונה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reason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разум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አእምሮ / ምክንያታዊነት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العقل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la raison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זכויות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rights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права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መብቶች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حقوق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droits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זכויות טבעיות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natural rights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естественные права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ተፈጥሯዊ መብቶች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الحقوق الطبيعية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droits naturels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שוויון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equality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равенство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እኩልነት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المساواة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égalité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חירות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liberty, freedom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свобода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ነጻነት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الحرية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liberté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סובלנות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tolerance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терпимость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መቻቻል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التسامح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tolérance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הפרדת רשויות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separation of powers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разделение властей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የሥልጣን ክፍፍል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فصل السلطات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séparation des pouvoirs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שלטון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government, rule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власть, правление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መንግሥት / አገዛዝ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الحكم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gouvernement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מלך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king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король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ንጉሥ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ملك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roi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עריץ נאור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enlightened despot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просвещённый монарх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ብሩህ አምባገነን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المستبد المستنير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despote éclairé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מהפכה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revolution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революция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አብዮት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ثورة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révolution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אזרח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citizen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гражданин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ዜጋ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مواطن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citoyen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אמנציפציה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emancipation (equal rights)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эмансипация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ነጻ መውጣት (የእኩል መብት ማግኘት)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التحرر (المساواة في الحقوق)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émancipation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קהילה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community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община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ማኅበረሰብ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جماعة، مجتمع محلي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communauté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גטו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ghetto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гетто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ጌቶ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غيتو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ghetto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אפליה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discrimination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дискриминация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መድልዎ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التمييز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discrimination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חוק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law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закон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ሕግ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قانون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loi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נאמנות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loyalty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верность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ታማኝነት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الولاء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loyauté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religion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религия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ሃይማኖት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دين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religion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המהפכה התעשייתית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the Industrial Revolution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промышленная революция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የኢንዱስትሪ አብዮት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الثورة الصناعية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la révolution industrielle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מפעל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factory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фабрика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ፋብሪካ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مصنع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usine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מכונה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machine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машина, станок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ማሽን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آلة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machine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מנוע קיטור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steam engine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паровая машина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የእንፋሎት ሞተር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المحرك البخاري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machine à vapeur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פחם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coal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уголь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የድንጋይ ከሰል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فحم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charbon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רכבת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train, railway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поезд, железная дорога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ባቡር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قطار، سكة حديد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train, chemin de fer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פועל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worker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рабочий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ሠራተኛ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عامل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ouvrier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מעמד הפועלים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the working class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рабочий класс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የሠራተኛ መደብ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الطبقة العاملة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la classe ouvrière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שכר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wage, salary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заработная плата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ደመወዝ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أجر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salaire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עיור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urbanization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урбанизация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ከተሜነት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التحضّر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urbanisation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עבודת ילדים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child labour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детский труд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የሕፃናት ጉልበት ሥራ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عمالة الأطفال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travail des enfants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capital (money for investment)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капитал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ካፒታል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رأس المال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capital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תנועת ההשכלה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the Haskalah (Jewish Enlightenment)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Гаскала (еврейское Просвещение)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ሃስካላ (የአይሁድ የብርሃን እንቅስቃሴ)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الهسكلاه (التنوير اليهودي)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la Haskala (les Lumières juives)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משכיל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maskil (supporter of the Haskalah)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маскил (сторонник Гаскалы)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ማስኪል (የሃስካላ ደጋፊ)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ماسكيل (من أنصار الهسكلاه)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maskil (partisan de la Haskala)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חינוך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education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образование, воспитание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ትምህርት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التعليم، التربية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éducation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תרגום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translation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перевод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ትርጉም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ترجمة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traduction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כתב עת / עיתון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journal, newspaper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журнал, газета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መጽሔት / ጋዜጣ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مجلة، صحيفة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revue, journal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מסורת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tradition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традиция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ትውፊት / ባህል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تقليد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tradition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התנגדות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opposition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сопротивление, оппозиция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ተቃውሞ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معارضة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opposition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מקור היסטורי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historical source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исторический источник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ታሪካዊ ምንጭ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مصدر تاريخي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source historique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סיבה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cause, reason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причина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ምክንያት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سبب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cause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תוצאה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result, consequence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результат, следствие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ውጤት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نتيجة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conséquence</w:t>
            </w:r>
          </w:p>
        </w:tc>
      </w:tr>
    </w:tbl>
    <w:p/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  <w:szCs w:val="28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