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מהדורה למורה – בחנים קצרים לפי נושא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4 בחנים עם תשובות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מורה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🔑 מהדורה למורה – תשובות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נאורות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1. א. האמונה בכוחה של התבונה האנושית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2. ב. מונטסקייה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3. א. חיים, חירות ורכוש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4. ג. האמנה החברתית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5. א. לרכז את הידע האנושי ולהפיצו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6. א. מלך שערך רפורמות ברוח הנאורות אך שמר על כוחו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7.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8. לא נכון – וולטר נאבק למען סובלנות דתית וחופש ביטוי.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9.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10. לא נכון – ההכרזה על זכויות האדם והאזרח פורסמה בצרפת ב-1789.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אמנציפציה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1. א. שוויון זכויות אזרחיות ופוליטיות ליהודים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2. ג. צרפת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3. א. שוויון ליהודים כיחידים, בלי מעמד של אומה נפרדת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4. א. כינס את אספת הנכבדים היהודית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5. א. את 'כתב הסובלנות'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6. ג. 1871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7. לא נכון – ברוסיה לא ניתנה אמנציפציה עד 1917.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8.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9.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10. לא נכון – הסנהדרין התכנסה ב-1807.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המהפכה התעשייתית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1. ב. בריטניה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2. ג. ג'יימס וואט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3. א. הטקסטיל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4. א. מעבר אוכלוסייה מהכפר לעיר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5. א. היווצרות מעמד הפועלים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6. א. שהשוק החופשי וחלוקת העבודה מגדילים את העושר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7.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8. לא נכון – ילדים הועסקו במפעלים בשכר נמוך ובתנאים מסוכנים.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9.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10. לא נכון – המהפכה החקלאית הגדילה את התנובה ושחררה עובדים לתעשייה.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תנועת ההשכלה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1. ב. ברלין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2. א. משה מנדלסון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3. א. פירוש עברי לתורה שליווה את התרגום לגרמנית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4. א. 'דברי שלום ואמת'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5. א. המאסף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6. א. אברהם מאפו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7. לא נכון – המשכילים רצו לשלב לימודים כלליים – שפות, מדעים וחשבון – לצד לימודי קודש.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8.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9. נכון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10. נכון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נאורות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היה הרעיון המרכזי של הנאורות?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האמונה בכוחה של התבונה האנושית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החזרה לחיי הכפר והמסורת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החובה לציית למלך בכל מצב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הדחייה של המדע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מי הציע את עקרון הפרדת הרשויות?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וולטר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מונטסקייה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רוסו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קאנט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לפי ג'ון לוק, אילו זכויות טבעיות יש לכל אדם?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חיים, חירות ורכוש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השכלה, עבודה ובריאות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הצבעה, שוויון ודת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מגורים, פרנסה ושפה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איזה ספר כתב רוסו ב-1762?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רוח החוקים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האנציקלופדיה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האמנה החברתית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מסה על הסובלנות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הייתה מטרת 'האנציקלופדיה'?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לרכז את הידע האנושי ולהפיצו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לפרסם את חוקי המלך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לתרגם את התנ"ך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לתעד את המלחמות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מהו 'אבסולוטיזם נאור'?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מלך שערך רפורמות ברוח הנאורות אך שמר על כוחו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שלטון העם בבחירות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ביטול המלוכה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שלטון של הכנסייה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קאנט ניסח את הסיסמה 'העזו לדעת'.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וולטר התנגד לסובלנות דתית.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המהפכה המדעית הייתה מהרקע לנאורות.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ההכרזה על זכויות האדם והאזרח פורסמה באנגליה ב-1776.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אמנציפציה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פירוש 'אמנציפציה' בהקשר היהודי?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שוויון זכויות אזרחיות ופוליטיות ליהודים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עלייה לארץ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הקמת בתי ספר יהודיים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תרגום התורה לגרמנית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באיזו מדינה קיבלו היהודים לראשונה שוויון מלא באירופה?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אנגליה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פרוסיה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 ביטאו דברי קלרמון-טונר (1789)?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שוויון ליהודים כיחידים, בלי מעמד של אומה נפרדת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גירוש היהודים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שלילת האזרחות מהיהודים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הקמת מדינה יהודית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עשה נפוליאון ב-1806?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כינס את אספת הנכבדים היהודית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העניק שוויון ליהודי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ייסד את 'המאסף'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ביטל את הגטאות באיטליה בלבד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פרסם יוסף השני ב-1782?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את 'כתב הסובלנות'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את 'מדינת היהודים'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את 'האמנה החברתית'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את 'רוח החוקים'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באיזו שנה קיבלו היהודים שוויון באיחוד גרמניה?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1791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1858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1871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1917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ברוסיה הצארית קיבלו היהודים שוויון זכויות במאה ה-19.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בתמורה לשוויון נדרשו היהודים לוותר על האוטונומיה הקהילתית.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ב-1858 הותר ליהודים לכהן בפרלמנט הבריטי.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הסנהדרין של נפוליאון התכנסה ב-1789.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המהפכה התעשייתית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באיזו מדינה החלה המהפכה התעשייתית?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בריטניה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גרמניה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ארצות הברית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מי שיפר את מנוע הקיטור?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ג'ורג' סטפנסון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אדם סמית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ריצ'רד ארקרייט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איזה ענף היה הראשון שעבר מיכון?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הטקסטיל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הפלדה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החשמל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הכימיה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מהו 'עיור'?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מעבר אוכלוסייה מהכפר לעיר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בניית חומות סביב ערים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מעבר מהעיר לכפר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הקמת מפעלים בכפרים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הייתה אחת התוצאות החברתיות של המהפכה התעשייתית?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היווצרות מעמד הפועלים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ביטול העבודה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ירידה במספר הערים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החזרה לייצור ביתי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 טען אדם סמית?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שהשוק החופשי וחלוקת העבודה מגדילים את העושר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שיש לבטל את הרכוש הפרטי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שיש לאסור מכונות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שהמלך צריך לנהל את הכלכלה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קו הרכבת ליברפול–מנצ'סטר נפתח ב-1830.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במפעלים הראשונים לא הועסקו ילדים.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מרבצי פחם וברזל היו מהגורמים לכך שהמהפכה החלה בבריטניה.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המהפכה החקלאית צמצמה את התנובה וגרמה לרעב בערים.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תנועת ההשכלה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היכן החלה תנועת ההשכלה?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וילנה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ברלין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פריז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ירושלים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מי נחשב ל'אבי ההשכלה'?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משה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הרצל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אחד העם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יל"ג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מהו ה'ביאור'?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פירוש עברי לתורה שליווה את התרגום לגרמנית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כתב עת עברי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בית ספר בברלין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שיר של יל"ג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פרסם נפתלי הרץ ויזל ב-1782?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'דברי שלום ואמת'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'אהבת ציון'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'המאסף'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'ירושלים'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איך נקרא כתב העת העברי של המשכילים?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המאסף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השחר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הצפירה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המליץ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מי כתב את הרומן העברי הראשון 'אהבת ציון'?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אברהם מאפו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יל"ג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לוינזון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המשכילים רצו שהיהודים ילמדו רק לימודי קודש.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רבנים רבים התנגדו להשכלה מחשש להתבוללות.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ההשכלה תרמה לתחיית השפה העברית.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יל"ג טבע את המשפט 'היה אדם בצאתך ואיש יהודי באוהלך'.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